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5AF1009" w14:textId="6F239D75" w:rsidR="0038430F" w:rsidRDefault="0038430F" w:rsidP="002C614E">
      <w:pPr>
        <w:rPr>
          <w:b/>
          <w:bCs/>
          <w:noProof/>
        </w:rPr>
      </w:pPr>
      <w:r>
        <w:rPr>
          <w:noProof/>
        </w:rPr>
        <w:drawing>
          <wp:anchor distT="0" distB="0" distL="114300" distR="114300" simplePos="0" relativeHeight="251652096" behindDoc="0" locked="0" layoutInCell="1" allowOverlap="1" wp14:anchorId="74480154" wp14:editId="42AA5460">
            <wp:simplePos x="0" y="0"/>
            <wp:positionH relativeFrom="column">
              <wp:posOffset>0</wp:posOffset>
            </wp:positionH>
            <wp:positionV relativeFrom="paragraph">
              <wp:posOffset>7251</wp:posOffset>
            </wp:positionV>
            <wp:extent cx="9845675" cy="6706235"/>
            <wp:effectExtent l="0" t="0" r="3175" b="0"/>
            <wp:wrapNone/>
            <wp:docPr id="2014057395" name="Obraz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845675" cy="67062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4144" behindDoc="0" locked="0" layoutInCell="1" allowOverlap="1" wp14:anchorId="12D7A8F8" wp14:editId="2A9579FC">
                <wp:simplePos x="0" y="0"/>
                <wp:positionH relativeFrom="column">
                  <wp:posOffset>-63500</wp:posOffset>
                </wp:positionH>
                <wp:positionV relativeFrom="paragraph">
                  <wp:posOffset>-56087</wp:posOffset>
                </wp:positionV>
                <wp:extent cx="9973339" cy="6826103"/>
                <wp:effectExtent l="95250" t="95250" r="104140" b="89535"/>
                <wp:wrapNone/>
                <wp:docPr id="531387947" name="Prostokąt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9973339" cy="6826103"/>
                        </a:xfrm>
                        <a:prstGeom prst="rect">
                          <a:avLst/>
                        </a:prstGeom>
                        <a:noFill/>
                        <a:ln w="38100" cap="flat" cmpd="sng" algn="ctr">
                          <a:solidFill>
                            <a:schemeClr val="tx2"/>
                          </a:solidFill>
                          <a:prstDash val="solid"/>
                          <a:round/>
                          <a:headEnd type="none" w="med" len="med"/>
                          <a:tailEnd type="none" w="med" len="med"/>
                          <a:extLst>
                            <a:ext uri="{C807C97D-BFC1-408E-A445-0C87EB9F89A2}">
                              <ask:lineSketchStyleProps xmlns:ask="http://schemas.microsoft.com/office/drawing/2018/sketchyshapes">
                                <ask:type>
                                  <ask:lineSketchNone/>
                                </ask:type>
                              </ask:lineSketchStyleProps>
                            </a:ext>
                          </a:extLst>
                        </a:ln>
                        <a:effectLst>
                          <a:glow rad="63500">
                            <a:schemeClr val="accent1">
                              <a:satMod val="175000"/>
                              <a:alpha val="40000"/>
                            </a:schemeClr>
                          </a:glow>
                        </a:effectLst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>
                          <a:schemeClr val="accen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7B7582CD" id="Prostokąt 2" o:spid="_x0000_s1026" style="position:absolute;margin-left:-5pt;margin-top:-4.4pt;width:785.3pt;height:537.5pt;z-index:25165414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" filled="f" strokecolor="#1f497d [3215]" strokeweight="3pt">
                <v:stroke joinstyle="round"/>
              </v:rect>
            </w:pict>
          </mc:Fallback>
        </mc:AlternateContent>
      </w:r>
    </w:p>
    <w:p w14:paraId="094DEEF8" w14:textId="49352F0F" w:rsidR="006D54E8" w:rsidRPr="002C614E" w:rsidRDefault="00F703AF" w:rsidP="002C614E">
      <w:pPr>
        <w:rPr>
          <w:b/>
          <w:bCs/>
        </w:rPr>
      </w:pPr>
      <w:r>
        <w:rPr>
          <w:b/>
          <w:bCs/>
          <w:noProof/>
        </w:rPr>
        <w:drawing>
          <wp:anchor distT="0" distB="0" distL="114300" distR="114300" simplePos="0" relativeHeight="251662336" behindDoc="0" locked="0" layoutInCell="1" allowOverlap="1" wp14:anchorId="5750D86E" wp14:editId="0213FD4A">
            <wp:simplePos x="0" y="0"/>
            <wp:positionH relativeFrom="column">
              <wp:posOffset>8959215</wp:posOffset>
            </wp:positionH>
            <wp:positionV relativeFrom="paragraph">
              <wp:posOffset>280035</wp:posOffset>
            </wp:positionV>
            <wp:extent cx="723014" cy="846277"/>
            <wp:effectExtent l="0" t="0" r="1270" b="0"/>
            <wp:wrapNone/>
            <wp:docPr id="270788603" name="Obraz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22902015" name="Obraz 422902015"/>
                    <pic:cNvPicPr/>
                  </pic:nvPicPr>
                  <pic:blipFill rotWithShape="1">
                    <a:blip r:embed="rId7"/>
                    <a:srcRect l="4836" t="11180" r="61320" b="1169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3014" cy="846277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b/>
          <w:bCs/>
          <w:noProof/>
        </w:rPr>
        <w:drawing>
          <wp:anchor distT="0" distB="0" distL="114300" distR="114300" simplePos="0" relativeHeight="251660288" behindDoc="0" locked="0" layoutInCell="1" allowOverlap="1" wp14:anchorId="4BB0D187" wp14:editId="124E30CC">
            <wp:simplePos x="0" y="0"/>
            <wp:positionH relativeFrom="column">
              <wp:posOffset>169551</wp:posOffset>
            </wp:positionH>
            <wp:positionV relativeFrom="paragraph">
              <wp:posOffset>267335</wp:posOffset>
            </wp:positionV>
            <wp:extent cx="723014" cy="846277"/>
            <wp:effectExtent l="0" t="0" r="1270" b="0"/>
            <wp:wrapNone/>
            <wp:docPr id="422902015" name="Obraz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22902015" name="Obraz 422902015"/>
                    <pic:cNvPicPr/>
                  </pic:nvPicPr>
                  <pic:blipFill rotWithShape="1">
                    <a:blip r:embed="rId7"/>
                    <a:srcRect l="4836" t="11180" r="61320" b="1169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3014" cy="846277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B560F6" w:rsidRPr="002C614E">
        <w:rPr>
          <w:b/>
          <w:bCs/>
          <w:noProof/>
        </w:rPr>
        <mc:AlternateContent>
          <mc:Choice Requires="wps">
            <w:drawing>
              <wp:anchor distT="91440" distB="91440" distL="114300" distR="114300" simplePos="0" relativeHeight="251658240" behindDoc="0" locked="0" layoutInCell="1" allowOverlap="1" wp14:anchorId="7BA52382" wp14:editId="44900259">
                <wp:simplePos x="0" y="0"/>
                <wp:positionH relativeFrom="page">
                  <wp:posOffset>847725</wp:posOffset>
                </wp:positionH>
                <wp:positionV relativeFrom="paragraph">
                  <wp:posOffset>408305</wp:posOffset>
                </wp:positionV>
                <wp:extent cx="9133205" cy="5524500"/>
                <wp:effectExtent l="0" t="0" r="0" b="0"/>
                <wp:wrapTopAndBottom/>
                <wp:docPr id="307" name="Pole tekstow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133205" cy="552450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582BDE2" w14:textId="353128E5" w:rsidR="001315BB" w:rsidRPr="00333561" w:rsidRDefault="001315BB" w:rsidP="00333561">
                            <w:pPr>
                              <w:pBdr>
                                <w:top w:val="single" w:sz="24" w:space="8" w:color="4F81BD" w:themeColor="accent1"/>
                                <w:bottom w:val="single" w:sz="24" w:space="0" w:color="4F81BD" w:themeColor="accent1"/>
                              </w:pBdr>
                              <w:jc w:val="center"/>
                              <w:rPr>
                                <w:rFonts w:ascii="Bahnschrift" w:hAnsi="Bahnschrift"/>
                                <w:b/>
                                <w:color w:val="FFFFFF" w:themeColor="background1"/>
                                <w:sz w:val="56"/>
                                <w:szCs w:val="56"/>
                                <w:lang w:val="pl-PL"/>
                              </w:rPr>
                            </w:pPr>
                            <w:r w:rsidRPr="00333561">
                              <w:rPr>
                                <w:rFonts w:ascii="Bahnschrift" w:hAnsi="Bahnschrift"/>
                                <w:b/>
                                <w:color w:val="FFFFFF" w:themeColor="background1"/>
                                <w:sz w:val="56"/>
                                <w:szCs w:val="56"/>
                                <w:lang w:val="pl-PL"/>
                              </w:rPr>
                              <w:t>KOMUNIKAT</w:t>
                            </w:r>
                          </w:p>
                          <w:p w14:paraId="23BB5DDF" w14:textId="0C200EF1" w:rsidR="001315BB" w:rsidRPr="00333561" w:rsidRDefault="001315BB" w:rsidP="00333561">
                            <w:pPr>
                              <w:pBdr>
                                <w:top w:val="single" w:sz="24" w:space="8" w:color="4F81BD" w:themeColor="accent1"/>
                                <w:bottom w:val="single" w:sz="24" w:space="0" w:color="4F81BD" w:themeColor="accent1"/>
                              </w:pBdr>
                              <w:spacing w:after="0"/>
                              <w:jc w:val="center"/>
                              <w:rPr>
                                <w:rFonts w:ascii="Bahnschrift" w:hAnsi="Bahnschrift"/>
                                <w:b/>
                                <w:color w:val="FFFFFF" w:themeColor="background1"/>
                                <w:sz w:val="56"/>
                                <w:szCs w:val="56"/>
                                <w:lang w:val="pl-PL"/>
                              </w:rPr>
                            </w:pPr>
                            <w:r w:rsidRPr="00333561">
                              <w:rPr>
                                <w:rFonts w:ascii="Bahnschrift" w:hAnsi="Bahnschrift"/>
                                <w:b/>
                                <w:color w:val="FFFFFF" w:themeColor="background1"/>
                                <w:sz w:val="56"/>
                                <w:szCs w:val="56"/>
                                <w:lang w:val="pl-PL"/>
                              </w:rPr>
                              <w:t xml:space="preserve">Przerwa w dostawie wody dnia </w:t>
                            </w:r>
                            <w:r w:rsidR="00700F64" w:rsidRPr="00333561">
                              <w:rPr>
                                <w:rFonts w:ascii="Bahnschrift" w:hAnsi="Bahnschrift"/>
                                <w:b/>
                                <w:color w:val="FFFFFF" w:themeColor="background1"/>
                                <w:sz w:val="56"/>
                                <w:szCs w:val="56"/>
                                <w:lang w:val="pl-PL"/>
                              </w:rPr>
                              <w:t>14</w:t>
                            </w:r>
                            <w:r w:rsidRPr="00333561">
                              <w:rPr>
                                <w:rFonts w:ascii="Bahnschrift" w:hAnsi="Bahnschrift"/>
                                <w:b/>
                                <w:color w:val="FFFFFF" w:themeColor="background1"/>
                                <w:sz w:val="56"/>
                                <w:szCs w:val="56"/>
                                <w:lang w:val="pl-PL"/>
                              </w:rPr>
                              <w:t xml:space="preserve"> </w:t>
                            </w:r>
                            <w:r w:rsidR="000A477D" w:rsidRPr="00333561">
                              <w:rPr>
                                <w:rFonts w:ascii="Bahnschrift" w:hAnsi="Bahnschrift"/>
                                <w:b/>
                                <w:color w:val="FFFFFF" w:themeColor="background1"/>
                                <w:sz w:val="56"/>
                                <w:szCs w:val="56"/>
                                <w:lang w:val="pl-PL"/>
                              </w:rPr>
                              <w:t>października</w:t>
                            </w:r>
                            <w:r w:rsidRPr="00333561">
                              <w:rPr>
                                <w:rFonts w:ascii="Bahnschrift" w:hAnsi="Bahnschrift"/>
                                <w:b/>
                                <w:color w:val="FFFFFF" w:themeColor="background1"/>
                                <w:sz w:val="56"/>
                                <w:szCs w:val="56"/>
                                <w:lang w:val="pl-PL"/>
                              </w:rPr>
                              <w:t xml:space="preserve"> 2026 r.</w:t>
                            </w:r>
                          </w:p>
                          <w:p w14:paraId="660CF486" w14:textId="77777777" w:rsidR="001315BB" w:rsidRPr="00333561" w:rsidRDefault="001315BB" w:rsidP="00333561">
                            <w:pPr>
                              <w:pBdr>
                                <w:top w:val="single" w:sz="24" w:space="8" w:color="4F81BD" w:themeColor="accent1"/>
                                <w:bottom w:val="single" w:sz="24" w:space="0" w:color="4F81BD" w:themeColor="accent1"/>
                              </w:pBdr>
                              <w:spacing w:after="0" w:line="240" w:lineRule="auto"/>
                              <w:jc w:val="center"/>
                              <w:rPr>
                                <w:rFonts w:ascii="Bahnschrift" w:hAnsi="Bahnschrift"/>
                                <w:b/>
                                <w:color w:val="FFFFFF" w:themeColor="background1"/>
                                <w:sz w:val="40"/>
                                <w:szCs w:val="40"/>
                                <w:lang w:val="pl-PL"/>
                              </w:rPr>
                            </w:pPr>
                          </w:p>
                          <w:p w14:paraId="34338837" w14:textId="78FCA6E0" w:rsidR="00860530" w:rsidRPr="00333561" w:rsidRDefault="00860530" w:rsidP="00333561">
                            <w:pPr>
                              <w:jc w:val="both"/>
                              <w:rPr>
                                <w:b/>
                                <w:color w:val="FFFFFF" w:themeColor="background1"/>
                                <w:sz w:val="40"/>
                                <w:szCs w:val="40"/>
                              </w:rPr>
                            </w:pPr>
                            <w:proofErr w:type="spellStart"/>
                            <w:r w:rsidRPr="00333561">
                              <w:rPr>
                                <w:b/>
                                <w:color w:val="FFFFFF" w:themeColor="background1"/>
                                <w:sz w:val="40"/>
                                <w:szCs w:val="40"/>
                              </w:rPr>
                              <w:t>Urząd</w:t>
                            </w:r>
                            <w:proofErr w:type="spellEnd"/>
                            <w:r w:rsidRPr="00333561">
                              <w:rPr>
                                <w:b/>
                                <w:color w:val="FFFFFF" w:themeColor="background1"/>
                                <w:sz w:val="40"/>
                                <w:szCs w:val="40"/>
                              </w:rPr>
                              <w:t xml:space="preserve"> </w:t>
                            </w:r>
                            <w:proofErr w:type="spellStart"/>
                            <w:r w:rsidRPr="00333561">
                              <w:rPr>
                                <w:b/>
                                <w:color w:val="FFFFFF" w:themeColor="background1"/>
                                <w:sz w:val="40"/>
                                <w:szCs w:val="40"/>
                              </w:rPr>
                              <w:t>Gminy</w:t>
                            </w:r>
                            <w:proofErr w:type="spellEnd"/>
                            <w:r w:rsidRPr="00333561">
                              <w:rPr>
                                <w:b/>
                                <w:color w:val="FFFFFF" w:themeColor="background1"/>
                                <w:sz w:val="40"/>
                                <w:szCs w:val="40"/>
                              </w:rPr>
                              <w:t xml:space="preserve"> w </w:t>
                            </w:r>
                            <w:proofErr w:type="spellStart"/>
                            <w:r w:rsidRPr="00333561">
                              <w:rPr>
                                <w:b/>
                                <w:color w:val="FFFFFF" w:themeColor="background1"/>
                                <w:sz w:val="40"/>
                                <w:szCs w:val="40"/>
                              </w:rPr>
                              <w:t>Przywidzu</w:t>
                            </w:r>
                            <w:proofErr w:type="spellEnd"/>
                            <w:r w:rsidRPr="00333561">
                              <w:rPr>
                                <w:b/>
                                <w:color w:val="FFFFFF" w:themeColor="background1"/>
                                <w:sz w:val="40"/>
                                <w:szCs w:val="40"/>
                              </w:rPr>
                              <w:t xml:space="preserve"> </w:t>
                            </w:r>
                            <w:proofErr w:type="spellStart"/>
                            <w:r w:rsidRPr="00333561">
                              <w:rPr>
                                <w:b/>
                                <w:color w:val="FFFFFF" w:themeColor="background1"/>
                                <w:sz w:val="40"/>
                                <w:szCs w:val="40"/>
                              </w:rPr>
                              <w:t>zawiadamia</w:t>
                            </w:r>
                            <w:proofErr w:type="spellEnd"/>
                            <w:r w:rsidRPr="00333561">
                              <w:rPr>
                                <w:b/>
                                <w:color w:val="FFFFFF" w:themeColor="background1"/>
                                <w:sz w:val="40"/>
                                <w:szCs w:val="40"/>
                              </w:rPr>
                              <w:t xml:space="preserve">, </w:t>
                            </w:r>
                            <w:proofErr w:type="spellStart"/>
                            <w:r w:rsidRPr="00333561">
                              <w:rPr>
                                <w:b/>
                                <w:color w:val="FFFFFF" w:themeColor="background1"/>
                                <w:sz w:val="40"/>
                                <w:szCs w:val="40"/>
                              </w:rPr>
                              <w:t>że</w:t>
                            </w:r>
                            <w:proofErr w:type="spellEnd"/>
                            <w:r w:rsidRPr="00333561">
                              <w:rPr>
                                <w:b/>
                                <w:color w:val="FFFFFF" w:themeColor="background1"/>
                                <w:sz w:val="40"/>
                                <w:szCs w:val="40"/>
                              </w:rPr>
                              <w:t xml:space="preserve"> </w:t>
                            </w:r>
                            <w:proofErr w:type="spellStart"/>
                            <w:r w:rsidRPr="00333561">
                              <w:rPr>
                                <w:b/>
                                <w:color w:val="FFFFFF" w:themeColor="background1"/>
                                <w:sz w:val="40"/>
                                <w:szCs w:val="40"/>
                                <w:u w:val="single"/>
                              </w:rPr>
                              <w:t>dnia</w:t>
                            </w:r>
                            <w:proofErr w:type="spellEnd"/>
                            <w:r w:rsidRPr="00333561">
                              <w:rPr>
                                <w:b/>
                                <w:color w:val="FFFFFF" w:themeColor="background1"/>
                                <w:sz w:val="40"/>
                                <w:szCs w:val="40"/>
                                <w:u w:val="single"/>
                              </w:rPr>
                              <w:t xml:space="preserve"> </w:t>
                            </w:r>
                            <w:r w:rsidR="00B02661" w:rsidRPr="00333561">
                              <w:rPr>
                                <w:b/>
                                <w:color w:val="FFFFFF" w:themeColor="background1"/>
                                <w:sz w:val="40"/>
                                <w:szCs w:val="40"/>
                                <w:u w:val="single"/>
                              </w:rPr>
                              <w:t>14</w:t>
                            </w:r>
                            <w:r w:rsidRPr="00333561">
                              <w:rPr>
                                <w:b/>
                                <w:color w:val="FFFFFF" w:themeColor="background1"/>
                                <w:sz w:val="40"/>
                                <w:szCs w:val="40"/>
                                <w:u w:val="single"/>
                              </w:rPr>
                              <w:t xml:space="preserve">.10.2026 r. </w:t>
                            </w:r>
                            <w:proofErr w:type="spellStart"/>
                            <w:r w:rsidRPr="00333561">
                              <w:rPr>
                                <w:b/>
                                <w:color w:val="FFFFFF" w:themeColor="background1"/>
                                <w:sz w:val="40"/>
                                <w:szCs w:val="40"/>
                              </w:rPr>
                              <w:t>nastąpiła</w:t>
                            </w:r>
                            <w:proofErr w:type="spellEnd"/>
                            <w:r w:rsidRPr="00333561">
                              <w:rPr>
                                <w:b/>
                                <w:color w:val="FFFFFF" w:themeColor="background1"/>
                                <w:sz w:val="40"/>
                                <w:szCs w:val="40"/>
                              </w:rPr>
                              <w:t xml:space="preserve"> </w:t>
                            </w:r>
                            <w:proofErr w:type="spellStart"/>
                            <w:r w:rsidRPr="00333561">
                              <w:rPr>
                                <w:b/>
                                <w:color w:val="FFFFFF" w:themeColor="background1"/>
                                <w:sz w:val="40"/>
                                <w:szCs w:val="40"/>
                              </w:rPr>
                              <w:t>przerwa</w:t>
                            </w:r>
                            <w:proofErr w:type="spellEnd"/>
                            <w:r w:rsidRPr="00333561">
                              <w:rPr>
                                <w:b/>
                                <w:color w:val="FFFFFF" w:themeColor="background1"/>
                                <w:sz w:val="40"/>
                                <w:szCs w:val="40"/>
                              </w:rPr>
                              <w:t xml:space="preserve"> w </w:t>
                            </w:r>
                            <w:proofErr w:type="spellStart"/>
                            <w:r w:rsidRPr="00333561">
                              <w:rPr>
                                <w:b/>
                                <w:color w:val="FFFFFF" w:themeColor="background1"/>
                                <w:sz w:val="40"/>
                                <w:szCs w:val="40"/>
                              </w:rPr>
                              <w:t>dostawie</w:t>
                            </w:r>
                            <w:proofErr w:type="spellEnd"/>
                            <w:r w:rsidRPr="00333561">
                              <w:rPr>
                                <w:b/>
                                <w:color w:val="FFFFFF" w:themeColor="background1"/>
                                <w:sz w:val="40"/>
                                <w:szCs w:val="40"/>
                              </w:rPr>
                              <w:t xml:space="preserve"> </w:t>
                            </w:r>
                            <w:proofErr w:type="spellStart"/>
                            <w:r w:rsidRPr="00333561">
                              <w:rPr>
                                <w:b/>
                                <w:color w:val="FFFFFF" w:themeColor="background1"/>
                                <w:sz w:val="40"/>
                                <w:szCs w:val="40"/>
                              </w:rPr>
                              <w:t>wody</w:t>
                            </w:r>
                            <w:proofErr w:type="spellEnd"/>
                            <w:r w:rsidRPr="00333561">
                              <w:rPr>
                                <w:b/>
                                <w:color w:val="FFFFFF" w:themeColor="background1"/>
                                <w:sz w:val="40"/>
                                <w:szCs w:val="40"/>
                              </w:rPr>
                              <w:t xml:space="preserve"> w </w:t>
                            </w:r>
                            <w:proofErr w:type="spellStart"/>
                            <w:r w:rsidRPr="00333561">
                              <w:rPr>
                                <w:b/>
                                <w:color w:val="FFFFFF" w:themeColor="background1"/>
                                <w:sz w:val="40"/>
                                <w:szCs w:val="40"/>
                              </w:rPr>
                              <w:t>miejscowości</w:t>
                            </w:r>
                            <w:proofErr w:type="spellEnd"/>
                            <w:r w:rsidRPr="00333561">
                              <w:rPr>
                                <w:b/>
                                <w:color w:val="FFFFFF" w:themeColor="background1"/>
                                <w:sz w:val="40"/>
                                <w:szCs w:val="40"/>
                              </w:rPr>
                              <w:t xml:space="preserve"> </w:t>
                            </w:r>
                            <w:proofErr w:type="spellStart"/>
                            <w:r w:rsidR="00B02661" w:rsidRPr="00333561">
                              <w:rPr>
                                <w:b/>
                                <w:color w:val="FFFFFF" w:themeColor="background1"/>
                                <w:sz w:val="40"/>
                                <w:szCs w:val="40"/>
                              </w:rPr>
                              <w:t>Borowina</w:t>
                            </w:r>
                            <w:proofErr w:type="spellEnd"/>
                            <w:r w:rsidR="00B02661" w:rsidRPr="00333561">
                              <w:rPr>
                                <w:b/>
                                <w:color w:val="FFFFFF" w:themeColor="background1"/>
                                <w:sz w:val="40"/>
                                <w:szCs w:val="40"/>
                              </w:rPr>
                              <w:t xml:space="preserve"> </w:t>
                            </w:r>
                            <w:proofErr w:type="spellStart"/>
                            <w:r w:rsidR="00B02661" w:rsidRPr="00333561">
                              <w:rPr>
                                <w:b/>
                                <w:color w:val="FFFFFF" w:themeColor="background1"/>
                                <w:sz w:val="40"/>
                                <w:szCs w:val="40"/>
                              </w:rPr>
                              <w:t>oraz</w:t>
                            </w:r>
                            <w:proofErr w:type="spellEnd"/>
                            <w:r w:rsidR="00B02661" w:rsidRPr="00333561">
                              <w:rPr>
                                <w:b/>
                                <w:color w:val="FFFFFF" w:themeColor="background1"/>
                                <w:sz w:val="40"/>
                                <w:szCs w:val="40"/>
                              </w:rPr>
                              <w:t xml:space="preserve"> </w:t>
                            </w:r>
                            <w:proofErr w:type="spellStart"/>
                            <w:r w:rsidR="00B02661" w:rsidRPr="00333561">
                              <w:rPr>
                                <w:b/>
                                <w:color w:val="FFFFFF" w:themeColor="background1"/>
                                <w:sz w:val="40"/>
                                <w:szCs w:val="40"/>
                              </w:rPr>
                              <w:t>Trzepowo</w:t>
                            </w:r>
                            <w:proofErr w:type="spellEnd"/>
                            <w:r w:rsidRPr="00333561">
                              <w:rPr>
                                <w:b/>
                                <w:color w:val="FFFFFF" w:themeColor="background1"/>
                                <w:sz w:val="40"/>
                                <w:szCs w:val="40"/>
                              </w:rPr>
                              <w:t xml:space="preserve">, </w:t>
                            </w:r>
                            <w:proofErr w:type="spellStart"/>
                            <w:r w:rsidRPr="00333561">
                              <w:rPr>
                                <w:b/>
                                <w:color w:val="FFFFFF" w:themeColor="background1"/>
                                <w:sz w:val="40"/>
                                <w:szCs w:val="40"/>
                              </w:rPr>
                              <w:t>która</w:t>
                            </w:r>
                            <w:proofErr w:type="spellEnd"/>
                            <w:r w:rsidRPr="00333561">
                              <w:rPr>
                                <w:b/>
                                <w:color w:val="FFFFFF" w:themeColor="background1"/>
                                <w:sz w:val="40"/>
                                <w:szCs w:val="40"/>
                              </w:rPr>
                              <w:t xml:space="preserve"> </w:t>
                            </w:r>
                            <w:proofErr w:type="spellStart"/>
                            <w:r w:rsidRPr="00333561">
                              <w:rPr>
                                <w:b/>
                                <w:color w:val="FFFFFF" w:themeColor="background1"/>
                                <w:sz w:val="40"/>
                                <w:szCs w:val="40"/>
                              </w:rPr>
                              <w:t>potrwa</w:t>
                            </w:r>
                            <w:proofErr w:type="spellEnd"/>
                            <w:r w:rsidRPr="00333561">
                              <w:rPr>
                                <w:b/>
                                <w:color w:val="FFFFFF" w:themeColor="background1"/>
                                <w:sz w:val="40"/>
                                <w:szCs w:val="40"/>
                              </w:rPr>
                              <w:t xml:space="preserve"> do </w:t>
                            </w:r>
                            <w:proofErr w:type="spellStart"/>
                            <w:r w:rsidRPr="00333561">
                              <w:rPr>
                                <w:b/>
                                <w:color w:val="FFFFFF" w:themeColor="background1"/>
                                <w:sz w:val="40"/>
                                <w:szCs w:val="40"/>
                                <w:u w:val="single"/>
                              </w:rPr>
                              <w:t>czasu</w:t>
                            </w:r>
                            <w:proofErr w:type="spellEnd"/>
                            <w:r w:rsidRPr="00333561">
                              <w:rPr>
                                <w:b/>
                                <w:color w:val="FFFFFF" w:themeColor="background1"/>
                                <w:sz w:val="40"/>
                                <w:szCs w:val="40"/>
                                <w:u w:val="single"/>
                              </w:rPr>
                              <w:t xml:space="preserve"> </w:t>
                            </w:r>
                            <w:proofErr w:type="spellStart"/>
                            <w:r w:rsidRPr="00333561">
                              <w:rPr>
                                <w:b/>
                                <w:color w:val="FFFFFF" w:themeColor="background1"/>
                                <w:sz w:val="40"/>
                                <w:szCs w:val="40"/>
                                <w:u w:val="single"/>
                              </w:rPr>
                              <w:t>naprawy</w:t>
                            </w:r>
                            <w:proofErr w:type="spellEnd"/>
                            <w:r w:rsidRPr="00333561">
                              <w:rPr>
                                <w:b/>
                                <w:color w:val="FFFFFF" w:themeColor="background1"/>
                                <w:sz w:val="40"/>
                                <w:szCs w:val="40"/>
                                <w:u w:val="single"/>
                              </w:rPr>
                              <w:t xml:space="preserve"> </w:t>
                            </w:r>
                            <w:proofErr w:type="spellStart"/>
                            <w:r w:rsidRPr="00333561">
                              <w:rPr>
                                <w:b/>
                                <w:color w:val="FFFFFF" w:themeColor="background1"/>
                                <w:sz w:val="40"/>
                                <w:szCs w:val="40"/>
                                <w:u w:val="single"/>
                              </w:rPr>
                              <w:t>awarii</w:t>
                            </w:r>
                            <w:proofErr w:type="spellEnd"/>
                            <w:r w:rsidRPr="00333561">
                              <w:rPr>
                                <w:b/>
                                <w:color w:val="FFFFFF" w:themeColor="background1"/>
                                <w:sz w:val="40"/>
                                <w:szCs w:val="40"/>
                                <w:u w:val="single"/>
                              </w:rPr>
                              <w:t>.</w:t>
                            </w:r>
                          </w:p>
                          <w:p w14:paraId="37FD86B7" w14:textId="77777777" w:rsidR="00860530" w:rsidRPr="00333561" w:rsidRDefault="00860530" w:rsidP="00333561">
                            <w:pPr>
                              <w:jc w:val="both"/>
                              <w:rPr>
                                <w:b/>
                                <w:color w:val="FFFFFF" w:themeColor="background1"/>
                                <w:sz w:val="40"/>
                                <w:szCs w:val="40"/>
                              </w:rPr>
                            </w:pPr>
                            <w:proofErr w:type="spellStart"/>
                            <w:r w:rsidRPr="00333561">
                              <w:rPr>
                                <w:b/>
                                <w:color w:val="FFFFFF" w:themeColor="background1"/>
                                <w:sz w:val="40"/>
                                <w:szCs w:val="40"/>
                              </w:rPr>
                              <w:t>Przerwa</w:t>
                            </w:r>
                            <w:proofErr w:type="spellEnd"/>
                            <w:r w:rsidRPr="00333561">
                              <w:rPr>
                                <w:b/>
                                <w:color w:val="FFFFFF" w:themeColor="background1"/>
                                <w:sz w:val="40"/>
                                <w:szCs w:val="40"/>
                              </w:rPr>
                              <w:t xml:space="preserve"> </w:t>
                            </w:r>
                            <w:proofErr w:type="spellStart"/>
                            <w:r w:rsidRPr="00333561">
                              <w:rPr>
                                <w:b/>
                                <w:color w:val="FFFFFF" w:themeColor="background1"/>
                                <w:sz w:val="40"/>
                                <w:szCs w:val="40"/>
                              </w:rPr>
                              <w:t>spowodowana</w:t>
                            </w:r>
                            <w:proofErr w:type="spellEnd"/>
                            <w:r w:rsidRPr="00333561">
                              <w:rPr>
                                <w:b/>
                                <w:color w:val="FFFFFF" w:themeColor="background1"/>
                                <w:sz w:val="40"/>
                                <w:szCs w:val="40"/>
                              </w:rPr>
                              <w:t xml:space="preserve"> jest </w:t>
                            </w:r>
                            <w:proofErr w:type="spellStart"/>
                            <w:r w:rsidRPr="00333561">
                              <w:rPr>
                                <w:b/>
                                <w:color w:val="FFFFFF" w:themeColor="background1"/>
                                <w:sz w:val="40"/>
                                <w:szCs w:val="40"/>
                              </w:rPr>
                              <w:t>awarią</w:t>
                            </w:r>
                            <w:proofErr w:type="spellEnd"/>
                            <w:r w:rsidRPr="00333561">
                              <w:rPr>
                                <w:b/>
                                <w:color w:val="FFFFFF" w:themeColor="background1"/>
                                <w:sz w:val="40"/>
                                <w:szCs w:val="40"/>
                              </w:rPr>
                              <w:t xml:space="preserve"> </w:t>
                            </w:r>
                            <w:proofErr w:type="spellStart"/>
                            <w:r w:rsidRPr="00333561">
                              <w:rPr>
                                <w:b/>
                                <w:color w:val="FFFFFF" w:themeColor="background1"/>
                                <w:sz w:val="40"/>
                                <w:szCs w:val="40"/>
                              </w:rPr>
                              <w:t>na</w:t>
                            </w:r>
                            <w:proofErr w:type="spellEnd"/>
                            <w:r w:rsidRPr="00333561">
                              <w:rPr>
                                <w:b/>
                                <w:color w:val="FFFFFF" w:themeColor="background1"/>
                                <w:sz w:val="40"/>
                                <w:szCs w:val="40"/>
                              </w:rPr>
                              <w:t xml:space="preserve"> </w:t>
                            </w:r>
                            <w:proofErr w:type="spellStart"/>
                            <w:r w:rsidRPr="00333561">
                              <w:rPr>
                                <w:b/>
                                <w:color w:val="FFFFFF" w:themeColor="background1"/>
                                <w:sz w:val="40"/>
                                <w:szCs w:val="40"/>
                              </w:rPr>
                              <w:t>sieci</w:t>
                            </w:r>
                            <w:proofErr w:type="spellEnd"/>
                            <w:r w:rsidRPr="00333561">
                              <w:rPr>
                                <w:b/>
                                <w:color w:val="FFFFFF" w:themeColor="background1"/>
                                <w:sz w:val="40"/>
                                <w:szCs w:val="40"/>
                              </w:rPr>
                              <w:t xml:space="preserve"> </w:t>
                            </w:r>
                            <w:proofErr w:type="spellStart"/>
                            <w:r w:rsidRPr="00333561">
                              <w:rPr>
                                <w:b/>
                                <w:color w:val="FFFFFF" w:themeColor="background1"/>
                                <w:sz w:val="40"/>
                                <w:szCs w:val="40"/>
                              </w:rPr>
                              <w:t>wodociągowej</w:t>
                            </w:r>
                            <w:proofErr w:type="spellEnd"/>
                            <w:r w:rsidRPr="00333561">
                              <w:rPr>
                                <w:b/>
                                <w:color w:val="FFFFFF" w:themeColor="background1"/>
                                <w:sz w:val="40"/>
                                <w:szCs w:val="40"/>
                              </w:rPr>
                              <w:t xml:space="preserve">. </w:t>
                            </w:r>
                          </w:p>
                          <w:p w14:paraId="0AD41CAC" w14:textId="77777777" w:rsidR="00F703AF" w:rsidRPr="00333561" w:rsidRDefault="00F703AF" w:rsidP="00333561">
                            <w:pPr>
                              <w:jc w:val="center"/>
                              <w:rPr>
                                <w:b/>
                                <w:color w:val="FFFFFF" w:themeColor="background1"/>
                                <w:sz w:val="32"/>
                                <w:szCs w:val="32"/>
                                <w:lang w:val="pl-PL"/>
                              </w:rPr>
                            </w:pPr>
                          </w:p>
                          <w:p w14:paraId="065CB40D" w14:textId="77777777" w:rsidR="00F703AF" w:rsidRPr="00333561" w:rsidRDefault="00F703AF" w:rsidP="00333561">
                            <w:pPr>
                              <w:rPr>
                                <w:b/>
                                <w:color w:val="FFFFFF" w:themeColor="background1"/>
                                <w:sz w:val="40"/>
                                <w:szCs w:val="40"/>
                                <w:lang w:val="pl-PL"/>
                              </w:rPr>
                            </w:pPr>
                            <w:r w:rsidRPr="00333561">
                              <w:rPr>
                                <w:b/>
                                <w:color w:val="FFFFFF" w:themeColor="background1"/>
                                <w:sz w:val="40"/>
                                <w:szCs w:val="40"/>
                                <w:lang w:val="pl-PL"/>
                              </w:rPr>
                              <w:t>Za powstałe niedogodności przepraszamy.</w:t>
                            </w:r>
                          </w:p>
                          <w:p w14:paraId="2806FD2A" w14:textId="5DFFD570" w:rsidR="00B560F6" w:rsidRPr="00333561" w:rsidRDefault="00B560F6" w:rsidP="00333561">
                            <w:pPr>
                              <w:ind w:left="8496"/>
                              <w:jc w:val="center"/>
                              <w:rPr>
                                <w:b/>
                                <w:color w:val="FFFFFF" w:themeColor="background1"/>
                                <w:sz w:val="28"/>
                                <w:szCs w:val="28"/>
                                <w:lang w:val="pl-PL"/>
                              </w:rPr>
                            </w:pPr>
                            <w:r w:rsidRPr="00333561">
                              <w:rPr>
                                <w:b/>
                                <w:color w:val="FFFFFF" w:themeColor="background1"/>
                                <w:sz w:val="28"/>
                                <w:szCs w:val="28"/>
                                <w:lang w:val="pl-PL"/>
                              </w:rPr>
                              <w:t>Kierownik Referatu Gospodarki      Komunalnej</w:t>
                            </w:r>
                          </w:p>
                          <w:p w14:paraId="2F2B08C7" w14:textId="0D627E93" w:rsidR="00B560F6" w:rsidRPr="00333561" w:rsidRDefault="00E91C5A" w:rsidP="00333561">
                            <w:pPr>
                              <w:ind w:left="10092"/>
                              <w:rPr>
                                <w:b/>
                                <w:color w:val="FFFFFF" w:themeColor="background1"/>
                                <w:sz w:val="28"/>
                                <w:szCs w:val="28"/>
                                <w:lang w:val="pl-PL"/>
                              </w:rPr>
                            </w:pPr>
                            <w:r w:rsidRPr="00333561">
                              <w:rPr>
                                <w:b/>
                                <w:color w:val="FFFFFF" w:themeColor="background1"/>
                                <w:sz w:val="28"/>
                                <w:szCs w:val="28"/>
                                <w:lang w:val="pl-PL"/>
                              </w:rPr>
                              <w:t xml:space="preserve">  </w:t>
                            </w:r>
                            <w:r w:rsidR="00B560F6" w:rsidRPr="00333561">
                              <w:rPr>
                                <w:b/>
                                <w:color w:val="FFFFFF" w:themeColor="background1"/>
                                <w:sz w:val="28"/>
                                <w:szCs w:val="28"/>
                                <w:lang w:val="pl-PL"/>
                              </w:rPr>
                              <w:t>(-) Piotr Koenig</w:t>
                            </w:r>
                          </w:p>
                          <w:p w14:paraId="6AB1028C" w14:textId="77777777" w:rsidR="000F3677" w:rsidRPr="00333561" w:rsidRDefault="000F3677" w:rsidP="00333561">
                            <w:pPr>
                              <w:pBdr>
                                <w:top w:val="single" w:sz="24" w:space="8" w:color="4F81BD" w:themeColor="accent1"/>
                                <w:bottom w:val="single" w:sz="24" w:space="8" w:color="4F81BD" w:themeColor="accent1"/>
                              </w:pBdr>
                              <w:spacing w:after="0"/>
                              <w:jc w:val="center"/>
                              <w:rPr>
                                <w:rFonts w:ascii="Bahnschrift" w:hAnsi="Bahnschrift"/>
                                <w:b/>
                                <w:color w:val="FFFFFF" w:themeColor="background1"/>
                                <w:sz w:val="56"/>
                                <w:szCs w:val="52"/>
                                <w:lang w:val="pl-PL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7BA52382" id="_x0000_t202" coordsize="21600,21600" o:spt="202" path="m,l,21600r21600,l21600,xe">
                <v:stroke joinstyle="miter"/>
                <v:path gradientshapeok="t" o:connecttype="rect"/>
              </v:shapetype>
              <v:shape id="Pole tekstowe 2" o:spid="_x0000_s1026" type="#_x0000_t202" style="position:absolute;margin-left:66.75pt;margin-top:32.15pt;width:719.15pt;height:435pt;z-index:251658240;visibility:visible;mso-wrap-style:square;mso-width-percent:0;mso-height-percent:0;mso-wrap-distance-left:9pt;mso-wrap-distance-top:7.2pt;mso-wrap-distance-right:9pt;mso-wrap-distance-bottom:7.2pt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" filled="f" stroked="f">
                <v:textbox>
                  <w:txbxContent>
                    <w:p w14:paraId="2582BDE2" w14:textId="353128E5" w:rsidR="001315BB" w:rsidRPr="00333561" w:rsidRDefault="001315BB" w:rsidP="00333561">
                      <w:pPr>
                        <w:pBdr>
                          <w:top w:val="single" w:sz="24" w:space="8" w:color="4F81BD" w:themeColor="accent1"/>
                          <w:bottom w:val="single" w:sz="24" w:space="0" w:color="4F81BD" w:themeColor="accent1"/>
                        </w:pBdr>
                        <w:jc w:val="center"/>
                        <w:rPr>
                          <w:rFonts w:ascii="Bahnschrift" w:hAnsi="Bahnschrift"/>
                          <w:b/>
                          <w:color w:val="FFFFFF" w:themeColor="background1"/>
                          <w:sz w:val="56"/>
                          <w:szCs w:val="56"/>
                          <w:lang w:val="pl-PL"/>
                        </w:rPr>
                      </w:pPr>
                      <w:r w:rsidRPr="00333561">
                        <w:rPr>
                          <w:rFonts w:ascii="Bahnschrift" w:hAnsi="Bahnschrift"/>
                          <w:b/>
                          <w:color w:val="FFFFFF" w:themeColor="background1"/>
                          <w:sz w:val="56"/>
                          <w:szCs w:val="56"/>
                          <w:lang w:val="pl-PL"/>
                        </w:rPr>
                        <w:t>KOMUNIKAT</w:t>
                      </w:r>
                    </w:p>
                    <w:p w14:paraId="23BB5DDF" w14:textId="0C200EF1" w:rsidR="001315BB" w:rsidRPr="00333561" w:rsidRDefault="001315BB" w:rsidP="00333561">
                      <w:pPr>
                        <w:pBdr>
                          <w:top w:val="single" w:sz="24" w:space="8" w:color="4F81BD" w:themeColor="accent1"/>
                          <w:bottom w:val="single" w:sz="24" w:space="0" w:color="4F81BD" w:themeColor="accent1"/>
                        </w:pBdr>
                        <w:spacing w:after="0"/>
                        <w:jc w:val="center"/>
                        <w:rPr>
                          <w:rFonts w:ascii="Bahnschrift" w:hAnsi="Bahnschrift"/>
                          <w:b/>
                          <w:color w:val="FFFFFF" w:themeColor="background1"/>
                          <w:sz w:val="56"/>
                          <w:szCs w:val="56"/>
                          <w:lang w:val="pl-PL"/>
                        </w:rPr>
                      </w:pPr>
                      <w:r w:rsidRPr="00333561">
                        <w:rPr>
                          <w:rFonts w:ascii="Bahnschrift" w:hAnsi="Bahnschrift"/>
                          <w:b/>
                          <w:color w:val="FFFFFF" w:themeColor="background1"/>
                          <w:sz w:val="56"/>
                          <w:szCs w:val="56"/>
                          <w:lang w:val="pl-PL"/>
                        </w:rPr>
                        <w:t xml:space="preserve">Przerwa w dostawie wody dnia </w:t>
                      </w:r>
                      <w:r w:rsidR="00700F64" w:rsidRPr="00333561">
                        <w:rPr>
                          <w:rFonts w:ascii="Bahnschrift" w:hAnsi="Bahnschrift"/>
                          <w:b/>
                          <w:color w:val="FFFFFF" w:themeColor="background1"/>
                          <w:sz w:val="56"/>
                          <w:szCs w:val="56"/>
                          <w:lang w:val="pl-PL"/>
                        </w:rPr>
                        <w:t>14</w:t>
                      </w:r>
                      <w:r w:rsidRPr="00333561">
                        <w:rPr>
                          <w:rFonts w:ascii="Bahnschrift" w:hAnsi="Bahnschrift"/>
                          <w:b/>
                          <w:color w:val="FFFFFF" w:themeColor="background1"/>
                          <w:sz w:val="56"/>
                          <w:szCs w:val="56"/>
                          <w:lang w:val="pl-PL"/>
                        </w:rPr>
                        <w:t xml:space="preserve"> </w:t>
                      </w:r>
                      <w:r w:rsidR="000A477D" w:rsidRPr="00333561">
                        <w:rPr>
                          <w:rFonts w:ascii="Bahnschrift" w:hAnsi="Bahnschrift"/>
                          <w:b/>
                          <w:color w:val="FFFFFF" w:themeColor="background1"/>
                          <w:sz w:val="56"/>
                          <w:szCs w:val="56"/>
                          <w:lang w:val="pl-PL"/>
                        </w:rPr>
                        <w:t>października</w:t>
                      </w:r>
                      <w:r w:rsidRPr="00333561">
                        <w:rPr>
                          <w:rFonts w:ascii="Bahnschrift" w:hAnsi="Bahnschrift"/>
                          <w:b/>
                          <w:color w:val="FFFFFF" w:themeColor="background1"/>
                          <w:sz w:val="56"/>
                          <w:szCs w:val="56"/>
                          <w:lang w:val="pl-PL"/>
                        </w:rPr>
                        <w:t xml:space="preserve"> 2026 r.</w:t>
                      </w:r>
                    </w:p>
                    <w:p w14:paraId="660CF486" w14:textId="77777777" w:rsidR="001315BB" w:rsidRPr="00333561" w:rsidRDefault="001315BB" w:rsidP="00333561">
                      <w:pPr>
                        <w:pBdr>
                          <w:top w:val="single" w:sz="24" w:space="8" w:color="4F81BD" w:themeColor="accent1"/>
                          <w:bottom w:val="single" w:sz="24" w:space="0" w:color="4F81BD" w:themeColor="accent1"/>
                        </w:pBdr>
                        <w:spacing w:after="0" w:line="240" w:lineRule="auto"/>
                        <w:jc w:val="center"/>
                        <w:rPr>
                          <w:rFonts w:ascii="Bahnschrift" w:hAnsi="Bahnschrift"/>
                          <w:b/>
                          <w:color w:val="FFFFFF" w:themeColor="background1"/>
                          <w:sz w:val="40"/>
                          <w:szCs w:val="40"/>
                          <w:lang w:val="pl-PL"/>
                        </w:rPr>
                      </w:pPr>
                    </w:p>
                    <w:p w14:paraId="34338837" w14:textId="78FCA6E0" w:rsidR="00860530" w:rsidRPr="00333561" w:rsidRDefault="00860530" w:rsidP="00333561">
                      <w:pPr>
                        <w:jc w:val="both"/>
                        <w:rPr>
                          <w:b/>
                          <w:color w:val="FFFFFF" w:themeColor="background1"/>
                          <w:sz w:val="40"/>
                          <w:szCs w:val="40"/>
                        </w:rPr>
                      </w:pPr>
                      <w:proofErr w:type="spellStart"/>
                      <w:r w:rsidRPr="00333561">
                        <w:rPr>
                          <w:b/>
                          <w:color w:val="FFFFFF" w:themeColor="background1"/>
                          <w:sz w:val="40"/>
                          <w:szCs w:val="40"/>
                        </w:rPr>
                        <w:t>Urząd</w:t>
                      </w:r>
                      <w:proofErr w:type="spellEnd"/>
                      <w:r w:rsidRPr="00333561">
                        <w:rPr>
                          <w:b/>
                          <w:color w:val="FFFFFF" w:themeColor="background1"/>
                          <w:sz w:val="40"/>
                          <w:szCs w:val="40"/>
                        </w:rPr>
                        <w:t xml:space="preserve"> </w:t>
                      </w:r>
                      <w:proofErr w:type="spellStart"/>
                      <w:r w:rsidRPr="00333561">
                        <w:rPr>
                          <w:b/>
                          <w:color w:val="FFFFFF" w:themeColor="background1"/>
                          <w:sz w:val="40"/>
                          <w:szCs w:val="40"/>
                        </w:rPr>
                        <w:t>Gminy</w:t>
                      </w:r>
                      <w:proofErr w:type="spellEnd"/>
                      <w:r w:rsidRPr="00333561">
                        <w:rPr>
                          <w:b/>
                          <w:color w:val="FFFFFF" w:themeColor="background1"/>
                          <w:sz w:val="40"/>
                          <w:szCs w:val="40"/>
                        </w:rPr>
                        <w:t xml:space="preserve"> w </w:t>
                      </w:r>
                      <w:proofErr w:type="spellStart"/>
                      <w:r w:rsidRPr="00333561">
                        <w:rPr>
                          <w:b/>
                          <w:color w:val="FFFFFF" w:themeColor="background1"/>
                          <w:sz w:val="40"/>
                          <w:szCs w:val="40"/>
                        </w:rPr>
                        <w:t>Przywidzu</w:t>
                      </w:r>
                      <w:proofErr w:type="spellEnd"/>
                      <w:r w:rsidRPr="00333561">
                        <w:rPr>
                          <w:b/>
                          <w:color w:val="FFFFFF" w:themeColor="background1"/>
                          <w:sz w:val="40"/>
                          <w:szCs w:val="40"/>
                        </w:rPr>
                        <w:t xml:space="preserve"> </w:t>
                      </w:r>
                      <w:proofErr w:type="spellStart"/>
                      <w:r w:rsidRPr="00333561">
                        <w:rPr>
                          <w:b/>
                          <w:color w:val="FFFFFF" w:themeColor="background1"/>
                          <w:sz w:val="40"/>
                          <w:szCs w:val="40"/>
                        </w:rPr>
                        <w:t>zawiadamia</w:t>
                      </w:r>
                      <w:proofErr w:type="spellEnd"/>
                      <w:r w:rsidRPr="00333561">
                        <w:rPr>
                          <w:b/>
                          <w:color w:val="FFFFFF" w:themeColor="background1"/>
                          <w:sz w:val="40"/>
                          <w:szCs w:val="40"/>
                        </w:rPr>
                        <w:t xml:space="preserve">, </w:t>
                      </w:r>
                      <w:proofErr w:type="spellStart"/>
                      <w:r w:rsidRPr="00333561">
                        <w:rPr>
                          <w:b/>
                          <w:color w:val="FFFFFF" w:themeColor="background1"/>
                          <w:sz w:val="40"/>
                          <w:szCs w:val="40"/>
                        </w:rPr>
                        <w:t>że</w:t>
                      </w:r>
                      <w:proofErr w:type="spellEnd"/>
                      <w:r w:rsidRPr="00333561">
                        <w:rPr>
                          <w:b/>
                          <w:color w:val="FFFFFF" w:themeColor="background1"/>
                          <w:sz w:val="40"/>
                          <w:szCs w:val="40"/>
                        </w:rPr>
                        <w:t xml:space="preserve"> </w:t>
                      </w:r>
                      <w:proofErr w:type="spellStart"/>
                      <w:r w:rsidRPr="00333561">
                        <w:rPr>
                          <w:b/>
                          <w:color w:val="FFFFFF" w:themeColor="background1"/>
                          <w:sz w:val="40"/>
                          <w:szCs w:val="40"/>
                          <w:u w:val="single"/>
                        </w:rPr>
                        <w:t>dnia</w:t>
                      </w:r>
                      <w:proofErr w:type="spellEnd"/>
                      <w:r w:rsidRPr="00333561">
                        <w:rPr>
                          <w:b/>
                          <w:color w:val="FFFFFF" w:themeColor="background1"/>
                          <w:sz w:val="40"/>
                          <w:szCs w:val="40"/>
                          <w:u w:val="single"/>
                        </w:rPr>
                        <w:t xml:space="preserve"> </w:t>
                      </w:r>
                      <w:r w:rsidR="00B02661" w:rsidRPr="00333561">
                        <w:rPr>
                          <w:b/>
                          <w:color w:val="FFFFFF" w:themeColor="background1"/>
                          <w:sz w:val="40"/>
                          <w:szCs w:val="40"/>
                          <w:u w:val="single"/>
                        </w:rPr>
                        <w:t>14</w:t>
                      </w:r>
                      <w:r w:rsidRPr="00333561">
                        <w:rPr>
                          <w:b/>
                          <w:color w:val="FFFFFF" w:themeColor="background1"/>
                          <w:sz w:val="40"/>
                          <w:szCs w:val="40"/>
                          <w:u w:val="single"/>
                        </w:rPr>
                        <w:t xml:space="preserve">.10.2026 r. </w:t>
                      </w:r>
                      <w:proofErr w:type="spellStart"/>
                      <w:r w:rsidRPr="00333561">
                        <w:rPr>
                          <w:b/>
                          <w:color w:val="FFFFFF" w:themeColor="background1"/>
                          <w:sz w:val="40"/>
                          <w:szCs w:val="40"/>
                        </w:rPr>
                        <w:t>nastąpiła</w:t>
                      </w:r>
                      <w:proofErr w:type="spellEnd"/>
                      <w:r w:rsidRPr="00333561">
                        <w:rPr>
                          <w:b/>
                          <w:color w:val="FFFFFF" w:themeColor="background1"/>
                          <w:sz w:val="40"/>
                          <w:szCs w:val="40"/>
                        </w:rPr>
                        <w:t xml:space="preserve"> </w:t>
                      </w:r>
                      <w:proofErr w:type="spellStart"/>
                      <w:r w:rsidRPr="00333561">
                        <w:rPr>
                          <w:b/>
                          <w:color w:val="FFFFFF" w:themeColor="background1"/>
                          <w:sz w:val="40"/>
                          <w:szCs w:val="40"/>
                        </w:rPr>
                        <w:t>przerwa</w:t>
                      </w:r>
                      <w:proofErr w:type="spellEnd"/>
                      <w:r w:rsidRPr="00333561">
                        <w:rPr>
                          <w:b/>
                          <w:color w:val="FFFFFF" w:themeColor="background1"/>
                          <w:sz w:val="40"/>
                          <w:szCs w:val="40"/>
                        </w:rPr>
                        <w:t xml:space="preserve"> w </w:t>
                      </w:r>
                      <w:proofErr w:type="spellStart"/>
                      <w:r w:rsidRPr="00333561">
                        <w:rPr>
                          <w:b/>
                          <w:color w:val="FFFFFF" w:themeColor="background1"/>
                          <w:sz w:val="40"/>
                          <w:szCs w:val="40"/>
                        </w:rPr>
                        <w:t>dostawie</w:t>
                      </w:r>
                      <w:proofErr w:type="spellEnd"/>
                      <w:r w:rsidRPr="00333561">
                        <w:rPr>
                          <w:b/>
                          <w:color w:val="FFFFFF" w:themeColor="background1"/>
                          <w:sz w:val="40"/>
                          <w:szCs w:val="40"/>
                        </w:rPr>
                        <w:t xml:space="preserve"> </w:t>
                      </w:r>
                      <w:proofErr w:type="spellStart"/>
                      <w:r w:rsidRPr="00333561">
                        <w:rPr>
                          <w:b/>
                          <w:color w:val="FFFFFF" w:themeColor="background1"/>
                          <w:sz w:val="40"/>
                          <w:szCs w:val="40"/>
                        </w:rPr>
                        <w:t>wody</w:t>
                      </w:r>
                      <w:proofErr w:type="spellEnd"/>
                      <w:r w:rsidRPr="00333561">
                        <w:rPr>
                          <w:b/>
                          <w:color w:val="FFFFFF" w:themeColor="background1"/>
                          <w:sz w:val="40"/>
                          <w:szCs w:val="40"/>
                        </w:rPr>
                        <w:t xml:space="preserve"> w </w:t>
                      </w:r>
                      <w:proofErr w:type="spellStart"/>
                      <w:r w:rsidRPr="00333561">
                        <w:rPr>
                          <w:b/>
                          <w:color w:val="FFFFFF" w:themeColor="background1"/>
                          <w:sz w:val="40"/>
                          <w:szCs w:val="40"/>
                        </w:rPr>
                        <w:t>miejscowości</w:t>
                      </w:r>
                      <w:proofErr w:type="spellEnd"/>
                      <w:r w:rsidRPr="00333561">
                        <w:rPr>
                          <w:b/>
                          <w:color w:val="FFFFFF" w:themeColor="background1"/>
                          <w:sz w:val="40"/>
                          <w:szCs w:val="40"/>
                        </w:rPr>
                        <w:t xml:space="preserve"> </w:t>
                      </w:r>
                      <w:proofErr w:type="spellStart"/>
                      <w:r w:rsidR="00B02661" w:rsidRPr="00333561">
                        <w:rPr>
                          <w:b/>
                          <w:color w:val="FFFFFF" w:themeColor="background1"/>
                          <w:sz w:val="40"/>
                          <w:szCs w:val="40"/>
                        </w:rPr>
                        <w:t>Borowina</w:t>
                      </w:r>
                      <w:proofErr w:type="spellEnd"/>
                      <w:r w:rsidR="00B02661" w:rsidRPr="00333561">
                        <w:rPr>
                          <w:b/>
                          <w:color w:val="FFFFFF" w:themeColor="background1"/>
                          <w:sz w:val="40"/>
                          <w:szCs w:val="40"/>
                        </w:rPr>
                        <w:t xml:space="preserve"> </w:t>
                      </w:r>
                      <w:proofErr w:type="spellStart"/>
                      <w:r w:rsidR="00B02661" w:rsidRPr="00333561">
                        <w:rPr>
                          <w:b/>
                          <w:color w:val="FFFFFF" w:themeColor="background1"/>
                          <w:sz w:val="40"/>
                          <w:szCs w:val="40"/>
                        </w:rPr>
                        <w:t>oraz</w:t>
                      </w:r>
                      <w:proofErr w:type="spellEnd"/>
                      <w:r w:rsidR="00B02661" w:rsidRPr="00333561">
                        <w:rPr>
                          <w:b/>
                          <w:color w:val="FFFFFF" w:themeColor="background1"/>
                          <w:sz w:val="40"/>
                          <w:szCs w:val="40"/>
                        </w:rPr>
                        <w:t xml:space="preserve"> </w:t>
                      </w:r>
                      <w:proofErr w:type="spellStart"/>
                      <w:r w:rsidR="00B02661" w:rsidRPr="00333561">
                        <w:rPr>
                          <w:b/>
                          <w:color w:val="FFFFFF" w:themeColor="background1"/>
                          <w:sz w:val="40"/>
                          <w:szCs w:val="40"/>
                        </w:rPr>
                        <w:t>Trzepowo</w:t>
                      </w:r>
                      <w:proofErr w:type="spellEnd"/>
                      <w:r w:rsidRPr="00333561">
                        <w:rPr>
                          <w:b/>
                          <w:color w:val="FFFFFF" w:themeColor="background1"/>
                          <w:sz w:val="40"/>
                          <w:szCs w:val="40"/>
                        </w:rPr>
                        <w:t xml:space="preserve">, </w:t>
                      </w:r>
                      <w:proofErr w:type="spellStart"/>
                      <w:r w:rsidRPr="00333561">
                        <w:rPr>
                          <w:b/>
                          <w:color w:val="FFFFFF" w:themeColor="background1"/>
                          <w:sz w:val="40"/>
                          <w:szCs w:val="40"/>
                        </w:rPr>
                        <w:t>która</w:t>
                      </w:r>
                      <w:proofErr w:type="spellEnd"/>
                      <w:r w:rsidRPr="00333561">
                        <w:rPr>
                          <w:b/>
                          <w:color w:val="FFFFFF" w:themeColor="background1"/>
                          <w:sz w:val="40"/>
                          <w:szCs w:val="40"/>
                        </w:rPr>
                        <w:t xml:space="preserve"> </w:t>
                      </w:r>
                      <w:proofErr w:type="spellStart"/>
                      <w:r w:rsidRPr="00333561">
                        <w:rPr>
                          <w:b/>
                          <w:color w:val="FFFFFF" w:themeColor="background1"/>
                          <w:sz w:val="40"/>
                          <w:szCs w:val="40"/>
                        </w:rPr>
                        <w:t>potrwa</w:t>
                      </w:r>
                      <w:proofErr w:type="spellEnd"/>
                      <w:r w:rsidRPr="00333561">
                        <w:rPr>
                          <w:b/>
                          <w:color w:val="FFFFFF" w:themeColor="background1"/>
                          <w:sz w:val="40"/>
                          <w:szCs w:val="40"/>
                        </w:rPr>
                        <w:t xml:space="preserve"> do </w:t>
                      </w:r>
                      <w:proofErr w:type="spellStart"/>
                      <w:r w:rsidRPr="00333561">
                        <w:rPr>
                          <w:b/>
                          <w:color w:val="FFFFFF" w:themeColor="background1"/>
                          <w:sz w:val="40"/>
                          <w:szCs w:val="40"/>
                          <w:u w:val="single"/>
                        </w:rPr>
                        <w:t>czasu</w:t>
                      </w:r>
                      <w:proofErr w:type="spellEnd"/>
                      <w:r w:rsidRPr="00333561">
                        <w:rPr>
                          <w:b/>
                          <w:color w:val="FFFFFF" w:themeColor="background1"/>
                          <w:sz w:val="40"/>
                          <w:szCs w:val="40"/>
                          <w:u w:val="single"/>
                        </w:rPr>
                        <w:t xml:space="preserve"> </w:t>
                      </w:r>
                      <w:proofErr w:type="spellStart"/>
                      <w:r w:rsidRPr="00333561">
                        <w:rPr>
                          <w:b/>
                          <w:color w:val="FFFFFF" w:themeColor="background1"/>
                          <w:sz w:val="40"/>
                          <w:szCs w:val="40"/>
                          <w:u w:val="single"/>
                        </w:rPr>
                        <w:t>naprawy</w:t>
                      </w:r>
                      <w:proofErr w:type="spellEnd"/>
                      <w:r w:rsidRPr="00333561">
                        <w:rPr>
                          <w:b/>
                          <w:color w:val="FFFFFF" w:themeColor="background1"/>
                          <w:sz w:val="40"/>
                          <w:szCs w:val="40"/>
                          <w:u w:val="single"/>
                        </w:rPr>
                        <w:t xml:space="preserve"> </w:t>
                      </w:r>
                      <w:proofErr w:type="spellStart"/>
                      <w:r w:rsidRPr="00333561">
                        <w:rPr>
                          <w:b/>
                          <w:color w:val="FFFFFF" w:themeColor="background1"/>
                          <w:sz w:val="40"/>
                          <w:szCs w:val="40"/>
                          <w:u w:val="single"/>
                        </w:rPr>
                        <w:t>awarii</w:t>
                      </w:r>
                      <w:proofErr w:type="spellEnd"/>
                      <w:r w:rsidRPr="00333561">
                        <w:rPr>
                          <w:b/>
                          <w:color w:val="FFFFFF" w:themeColor="background1"/>
                          <w:sz w:val="40"/>
                          <w:szCs w:val="40"/>
                          <w:u w:val="single"/>
                        </w:rPr>
                        <w:t>.</w:t>
                      </w:r>
                    </w:p>
                    <w:p w14:paraId="37FD86B7" w14:textId="77777777" w:rsidR="00860530" w:rsidRPr="00333561" w:rsidRDefault="00860530" w:rsidP="00333561">
                      <w:pPr>
                        <w:jc w:val="both"/>
                        <w:rPr>
                          <w:b/>
                          <w:color w:val="FFFFFF" w:themeColor="background1"/>
                          <w:sz w:val="40"/>
                          <w:szCs w:val="40"/>
                        </w:rPr>
                      </w:pPr>
                      <w:proofErr w:type="spellStart"/>
                      <w:r w:rsidRPr="00333561">
                        <w:rPr>
                          <w:b/>
                          <w:color w:val="FFFFFF" w:themeColor="background1"/>
                          <w:sz w:val="40"/>
                          <w:szCs w:val="40"/>
                        </w:rPr>
                        <w:t>Przerwa</w:t>
                      </w:r>
                      <w:proofErr w:type="spellEnd"/>
                      <w:r w:rsidRPr="00333561">
                        <w:rPr>
                          <w:b/>
                          <w:color w:val="FFFFFF" w:themeColor="background1"/>
                          <w:sz w:val="40"/>
                          <w:szCs w:val="40"/>
                        </w:rPr>
                        <w:t xml:space="preserve"> </w:t>
                      </w:r>
                      <w:proofErr w:type="spellStart"/>
                      <w:r w:rsidRPr="00333561">
                        <w:rPr>
                          <w:b/>
                          <w:color w:val="FFFFFF" w:themeColor="background1"/>
                          <w:sz w:val="40"/>
                          <w:szCs w:val="40"/>
                        </w:rPr>
                        <w:t>spowodowana</w:t>
                      </w:r>
                      <w:proofErr w:type="spellEnd"/>
                      <w:r w:rsidRPr="00333561">
                        <w:rPr>
                          <w:b/>
                          <w:color w:val="FFFFFF" w:themeColor="background1"/>
                          <w:sz w:val="40"/>
                          <w:szCs w:val="40"/>
                        </w:rPr>
                        <w:t xml:space="preserve"> jest </w:t>
                      </w:r>
                      <w:proofErr w:type="spellStart"/>
                      <w:r w:rsidRPr="00333561">
                        <w:rPr>
                          <w:b/>
                          <w:color w:val="FFFFFF" w:themeColor="background1"/>
                          <w:sz w:val="40"/>
                          <w:szCs w:val="40"/>
                        </w:rPr>
                        <w:t>awarią</w:t>
                      </w:r>
                      <w:proofErr w:type="spellEnd"/>
                      <w:r w:rsidRPr="00333561">
                        <w:rPr>
                          <w:b/>
                          <w:color w:val="FFFFFF" w:themeColor="background1"/>
                          <w:sz w:val="40"/>
                          <w:szCs w:val="40"/>
                        </w:rPr>
                        <w:t xml:space="preserve"> </w:t>
                      </w:r>
                      <w:proofErr w:type="spellStart"/>
                      <w:r w:rsidRPr="00333561">
                        <w:rPr>
                          <w:b/>
                          <w:color w:val="FFFFFF" w:themeColor="background1"/>
                          <w:sz w:val="40"/>
                          <w:szCs w:val="40"/>
                        </w:rPr>
                        <w:t>na</w:t>
                      </w:r>
                      <w:proofErr w:type="spellEnd"/>
                      <w:r w:rsidRPr="00333561">
                        <w:rPr>
                          <w:b/>
                          <w:color w:val="FFFFFF" w:themeColor="background1"/>
                          <w:sz w:val="40"/>
                          <w:szCs w:val="40"/>
                        </w:rPr>
                        <w:t xml:space="preserve"> </w:t>
                      </w:r>
                      <w:proofErr w:type="spellStart"/>
                      <w:r w:rsidRPr="00333561">
                        <w:rPr>
                          <w:b/>
                          <w:color w:val="FFFFFF" w:themeColor="background1"/>
                          <w:sz w:val="40"/>
                          <w:szCs w:val="40"/>
                        </w:rPr>
                        <w:t>sieci</w:t>
                      </w:r>
                      <w:proofErr w:type="spellEnd"/>
                      <w:r w:rsidRPr="00333561">
                        <w:rPr>
                          <w:b/>
                          <w:color w:val="FFFFFF" w:themeColor="background1"/>
                          <w:sz w:val="40"/>
                          <w:szCs w:val="40"/>
                        </w:rPr>
                        <w:t xml:space="preserve"> </w:t>
                      </w:r>
                      <w:proofErr w:type="spellStart"/>
                      <w:r w:rsidRPr="00333561">
                        <w:rPr>
                          <w:b/>
                          <w:color w:val="FFFFFF" w:themeColor="background1"/>
                          <w:sz w:val="40"/>
                          <w:szCs w:val="40"/>
                        </w:rPr>
                        <w:t>wodociągowej</w:t>
                      </w:r>
                      <w:proofErr w:type="spellEnd"/>
                      <w:r w:rsidRPr="00333561">
                        <w:rPr>
                          <w:b/>
                          <w:color w:val="FFFFFF" w:themeColor="background1"/>
                          <w:sz w:val="40"/>
                          <w:szCs w:val="40"/>
                        </w:rPr>
                        <w:t xml:space="preserve">. </w:t>
                      </w:r>
                    </w:p>
                    <w:p w14:paraId="0AD41CAC" w14:textId="77777777" w:rsidR="00F703AF" w:rsidRPr="00333561" w:rsidRDefault="00F703AF" w:rsidP="00333561">
                      <w:pPr>
                        <w:jc w:val="center"/>
                        <w:rPr>
                          <w:b/>
                          <w:color w:val="FFFFFF" w:themeColor="background1"/>
                          <w:sz w:val="32"/>
                          <w:szCs w:val="32"/>
                          <w:lang w:val="pl-PL"/>
                        </w:rPr>
                      </w:pPr>
                    </w:p>
                    <w:p w14:paraId="065CB40D" w14:textId="77777777" w:rsidR="00F703AF" w:rsidRPr="00333561" w:rsidRDefault="00F703AF" w:rsidP="00333561">
                      <w:pPr>
                        <w:rPr>
                          <w:b/>
                          <w:color w:val="FFFFFF" w:themeColor="background1"/>
                          <w:sz w:val="40"/>
                          <w:szCs w:val="40"/>
                          <w:lang w:val="pl-PL"/>
                        </w:rPr>
                      </w:pPr>
                      <w:r w:rsidRPr="00333561">
                        <w:rPr>
                          <w:b/>
                          <w:color w:val="FFFFFF" w:themeColor="background1"/>
                          <w:sz w:val="40"/>
                          <w:szCs w:val="40"/>
                          <w:lang w:val="pl-PL"/>
                        </w:rPr>
                        <w:t>Za powstałe niedogodności przepraszamy.</w:t>
                      </w:r>
                    </w:p>
                    <w:p w14:paraId="2806FD2A" w14:textId="5DFFD570" w:rsidR="00B560F6" w:rsidRPr="00333561" w:rsidRDefault="00B560F6" w:rsidP="00333561">
                      <w:pPr>
                        <w:ind w:left="8496"/>
                        <w:jc w:val="center"/>
                        <w:rPr>
                          <w:b/>
                          <w:color w:val="FFFFFF" w:themeColor="background1"/>
                          <w:sz w:val="28"/>
                          <w:szCs w:val="28"/>
                          <w:lang w:val="pl-PL"/>
                        </w:rPr>
                      </w:pPr>
                      <w:r w:rsidRPr="00333561">
                        <w:rPr>
                          <w:b/>
                          <w:color w:val="FFFFFF" w:themeColor="background1"/>
                          <w:sz w:val="28"/>
                          <w:szCs w:val="28"/>
                          <w:lang w:val="pl-PL"/>
                        </w:rPr>
                        <w:t>Kierownik Referatu Gospodarki      Komunalnej</w:t>
                      </w:r>
                    </w:p>
                    <w:p w14:paraId="2F2B08C7" w14:textId="0D627E93" w:rsidR="00B560F6" w:rsidRPr="00333561" w:rsidRDefault="00E91C5A" w:rsidP="00333561">
                      <w:pPr>
                        <w:ind w:left="10092"/>
                        <w:rPr>
                          <w:b/>
                          <w:color w:val="FFFFFF" w:themeColor="background1"/>
                          <w:sz w:val="28"/>
                          <w:szCs w:val="28"/>
                          <w:lang w:val="pl-PL"/>
                        </w:rPr>
                      </w:pPr>
                      <w:r w:rsidRPr="00333561">
                        <w:rPr>
                          <w:b/>
                          <w:color w:val="FFFFFF" w:themeColor="background1"/>
                          <w:sz w:val="28"/>
                          <w:szCs w:val="28"/>
                          <w:lang w:val="pl-PL"/>
                        </w:rPr>
                        <w:t xml:space="preserve">  </w:t>
                      </w:r>
                      <w:r w:rsidR="00B560F6" w:rsidRPr="00333561">
                        <w:rPr>
                          <w:b/>
                          <w:color w:val="FFFFFF" w:themeColor="background1"/>
                          <w:sz w:val="28"/>
                          <w:szCs w:val="28"/>
                          <w:lang w:val="pl-PL"/>
                        </w:rPr>
                        <w:t>(-) Piotr Koenig</w:t>
                      </w:r>
                    </w:p>
                    <w:p w14:paraId="6AB1028C" w14:textId="77777777" w:rsidR="000F3677" w:rsidRPr="00333561" w:rsidRDefault="000F3677" w:rsidP="00333561">
                      <w:pPr>
                        <w:pBdr>
                          <w:top w:val="single" w:sz="24" w:space="8" w:color="4F81BD" w:themeColor="accent1"/>
                          <w:bottom w:val="single" w:sz="24" w:space="8" w:color="4F81BD" w:themeColor="accent1"/>
                        </w:pBdr>
                        <w:spacing w:after="0"/>
                        <w:jc w:val="center"/>
                        <w:rPr>
                          <w:rFonts w:ascii="Bahnschrift" w:hAnsi="Bahnschrift"/>
                          <w:b/>
                          <w:color w:val="FFFFFF" w:themeColor="background1"/>
                          <w:sz w:val="56"/>
                          <w:szCs w:val="52"/>
                          <w:lang w:val="pl-PL"/>
                        </w:rPr>
                      </w:pP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sectPr w:rsidR="006D54E8" w:rsidRPr="002C614E" w:rsidSect="00034616">
      <w:pgSz w:w="16834" w:h="11909" w:orient="landscape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Bahnschrift">
    <w:panose1 w:val="020B0502040204020203"/>
    <w:charset w:val="EE"/>
    <w:family w:val="swiss"/>
    <w:pitch w:val="variable"/>
    <w:sig w:usb0="A00002C7" w:usb1="00000002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anumerowana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anumerowana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apunktowana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apunktowana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anumerowan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apunktowan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615915090">
    <w:abstractNumId w:val="8"/>
  </w:num>
  <w:num w:numId="2" w16cid:durableId="1400515712">
    <w:abstractNumId w:val="6"/>
  </w:num>
  <w:num w:numId="3" w16cid:durableId="1117528951">
    <w:abstractNumId w:val="5"/>
  </w:num>
  <w:num w:numId="4" w16cid:durableId="1457479241">
    <w:abstractNumId w:val="4"/>
  </w:num>
  <w:num w:numId="5" w16cid:durableId="659889687">
    <w:abstractNumId w:val="7"/>
  </w:num>
  <w:num w:numId="6" w16cid:durableId="623075666">
    <w:abstractNumId w:val="3"/>
  </w:num>
  <w:num w:numId="7" w16cid:durableId="910819768">
    <w:abstractNumId w:val="2"/>
  </w:num>
  <w:num w:numId="8" w16cid:durableId="84304697">
    <w:abstractNumId w:val="1"/>
  </w:num>
  <w:num w:numId="9" w16cid:durableId="155284085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0A2A48"/>
    <w:rsid w:val="000A477D"/>
    <w:rsid w:val="000F3677"/>
    <w:rsid w:val="001315BB"/>
    <w:rsid w:val="0015074B"/>
    <w:rsid w:val="0029639D"/>
    <w:rsid w:val="002C614E"/>
    <w:rsid w:val="00326F90"/>
    <w:rsid w:val="00333561"/>
    <w:rsid w:val="00336E0C"/>
    <w:rsid w:val="0038430F"/>
    <w:rsid w:val="00400EDD"/>
    <w:rsid w:val="00425C05"/>
    <w:rsid w:val="0048573B"/>
    <w:rsid w:val="004B640A"/>
    <w:rsid w:val="00577968"/>
    <w:rsid w:val="006D54E8"/>
    <w:rsid w:val="00700F64"/>
    <w:rsid w:val="007021C5"/>
    <w:rsid w:val="007021DB"/>
    <w:rsid w:val="00763F2C"/>
    <w:rsid w:val="008409DB"/>
    <w:rsid w:val="00860530"/>
    <w:rsid w:val="00952A7E"/>
    <w:rsid w:val="00991DFE"/>
    <w:rsid w:val="00A70E87"/>
    <w:rsid w:val="00AA1D8D"/>
    <w:rsid w:val="00B02661"/>
    <w:rsid w:val="00B47730"/>
    <w:rsid w:val="00B53309"/>
    <w:rsid w:val="00B560F6"/>
    <w:rsid w:val="00B605FD"/>
    <w:rsid w:val="00B97A98"/>
    <w:rsid w:val="00C161F9"/>
    <w:rsid w:val="00C757A3"/>
    <w:rsid w:val="00CB0664"/>
    <w:rsid w:val="00CF499D"/>
    <w:rsid w:val="00D2109F"/>
    <w:rsid w:val="00E00BA9"/>
    <w:rsid w:val="00E70BB1"/>
    <w:rsid w:val="00E91C5A"/>
    <w:rsid w:val="00F703AF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47B16FC"/>
  <w14:defaultImageDpi w14:val="300"/>
  <w15:docId w15:val="{CC059F85-4165-4767-B95E-379D842784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FC693F"/>
  </w:style>
  <w:style w:type="paragraph" w:styleId="Nagwek1">
    <w:name w:val="heading 1"/>
    <w:basedOn w:val="Normalny"/>
    <w:next w:val="Normalny"/>
    <w:link w:val="Nagwek1Znak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E618BF"/>
  </w:style>
  <w:style w:type="paragraph" w:styleId="Stopka">
    <w:name w:val="footer"/>
    <w:basedOn w:val="Normalny"/>
    <w:link w:val="StopkaZnak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E618BF"/>
  </w:style>
  <w:style w:type="paragraph" w:styleId="Bezodstpw">
    <w:name w:val="No Spacing"/>
    <w:uiPriority w:val="1"/>
    <w:qFormat/>
    <w:rsid w:val="00FC693F"/>
    <w:pPr>
      <w:spacing w:after="0" w:line="240" w:lineRule="auto"/>
    </w:pPr>
  </w:style>
  <w:style w:type="character" w:customStyle="1" w:styleId="Nagwek1Znak">
    <w:name w:val="Nagłówek 1 Znak"/>
    <w:basedOn w:val="Domylnaczcionkaakapitu"/>
    <w:link w:val="Nagwek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Nagwek2Znak">
    <w:name w:val="Nagłówek 2 Znak"/>
    <w:basedOn w:val="Domylnaczcionkaakapitu"/>
    <w:link w:val="Nagwek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Nagwek3Znak">
    <w:name w:val="Nagłówek 3 Znak"/>
    <w:basedOn w:val="Domylnaczcionkaakapitu"/>
    <w:link w:val="Nagwek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ytu">
    <w:name w:val="Title"/>
    <w:basedOn w:val="Normalny"/>
    <w:next w:val="Normalny"/>
    <w:link w:val="TytuZnak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ytuZnak">
    <w:name w:val="Tytuł Znak"/>
    <w:basedOn w:val="Domylnaczcionkaakapitu"/>
    <w:link w:val="Tytu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PodtytuZnak">
    <w:name w:val="Podtytuł Znak"/>
    <w:basedOn w:val="Domylnaczcionkaakapitu"/>
    <w:link w:val="Podtytu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kapitzlist">
    <w:name w:val="List Paragraph"/>
    <w:basedOn w:val="Normalny"/>
    <w:uiPriority w:val="34"/>
    <w:qFormat/>
    <w:rsid w:val="00FC693F"/>
    <w:pPr>
      <w:ind w:left="720"/>
      <w:contextualSpacing/>
    </w:pPr>
  </w:style>
  <w:style w:type="paragraph" w:styleId="Tekstpodstawowy">
    <w:name w:val="Body Text"/>
    <w:basedOn w:val="Normalny"/>
    <w:link w:val="TekstpodstawowyZnak"/>
    <w:uiPriority w:val="99"/>
    <w:unhideWhenUsed/>
    <w:rsid w:val="00AA1D8D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uiPriority w:val="99"/>
    <w:rsid w:val="00AA1D8D"/>
  </w:style>
  <w:style w:type="paragraph" w:styleId="Tekstpodstawowy2">
    <w:name w:val="Body Text 2"/>
    <w:basedOn w:val="Normalny"/>
    <w:link w:val="Tekstpodstawowy2Znak"/>
    <w:uiPriority w:val="99"/>
    <w:unhideWhenUsed/>
    <w:rsid w:val="00AA1D8D"/>
    <w:pPr>
      <w:spacing w:after="120" w:line="480" w:lineRule="auto"/>
    </w:pPr>
  </w:style>
  <w:style w:type="character" w:customStyle="1" w:styleId="Tekstpodstawowy2Znak">
    <w:name w:val="Tekst podstawowy 2 Znak"/>
    <w:basedOn w:val="Domylnaczcionkaakapitu"/>
    <w:link w:val="Tekstpodstawowy2"/>
    <w:uiPriority w:val="99"/>
    <w:rsid w:val="00AA1D8D"/>
  </w:style>
  <w:style w:type="paragraph" w:styleId="Tekstpodstawowy3">
    <w:name w:val="Body Text 3"/>
    <w:basedOn w:val="Normalny"/>
    <w:link w:val="Tekstpodstawowy3Znak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Tekstpodstawowy3Znak">
    <w:name w:val="Tekst podstawowy 3 Znak"/>
    <w:basedOn w:val="Domylnaczcionkaakapitu"/>
    <w:link w:val="Tekstpodstawowy3"/>
    <w:uiPriority w:val="99"/>
    <w:rsid w:val="00AA1D8D"/>
    <w:rPr>
      <w:sz w:val="16"/>
      <w:szCs w:val="16"/>
    </w:rPr>
  </w:style>
  <w:style w:type="paragraph" w:styleId="Lista">
    <w:name w:val="List"/>
    <w:basedOn w:val="Normalny"/>
    <w:uiPriority w:val="99"/>
    <w:unhideWhenUsed/>
    <w:rsid w:val="00AA1D8D"/>
    <w:pPr>
      <w:ind w:left="360" w:hanging="360"/>
      <w:contextualSpacing/>
    </w:pPr>
  </w:style>
  <w:style w:type="paragraph" w:styleId="Lista2">
    <w:name w:val="List 2"/>
    <w:basedOn w:val="Normalny"/>
    <w:uiPriority w:val="99"/>
    <w:unhideWhenUsed/>
    <w:rsid w:val="00326F90"/>
    <w:pPr>
      <w:ind w:left="720" w:hanging="360"/>
      <w:contextualSpacing/>
    </w:pPr>
  </w:style>
  <w:style w:type="paragraph" w:styleId="Lista3">
    <w:name w:val="List 3"/>
    <w:basedOn w:val="Normalny"/>
    <w:uiPriority w:val="99"/>
    <w:unhideWhenUsed/>
    <w:rsid w:val="00326F90"/>
    <w:pPr>
      <w:ind w:left="1080" w:hanging="360"/>
      <w:contextualSpacing/>
    </w:pPr>
  </w:style>
  <w:style w:type="paragraph" w:styleId="Listapunktowana">
    <w:name w:val="List Bullet"/>
    <w:basedOn w:val="Normalny"/>
    <w:uiPriority w:val="99"/>
    <w:unhideWhenUsed/>
    <w:rsid w:val="00326F90"/>
    <w:pPr>
      <w:numPr>
        <w:numId w:val="1"/>
      </w:numPr>
      <w:contextualSpacing/>
    </w:pPr>
  </w:style>
  <w:style w:type="paragraph" w:styleId="Listapunktowana2">
    <w:name w:val="List Bullet 2"/>
    <w:basedOn w:val="Normalny"/>
    <w:uiPriority w:val="99"/>
    <w:unhideWhenUsed/>
    <w:rsid w:val="00326F90"/>
    <w:pPr>
      <w:numPr>
        <w:numId w:val="2"/>
      </w:numPr>
      <w:contextualSpacing/>
    </w:pPr>
  </w:style>
  <w:style w:type="paragraph" w:styleId="Listapunktowana3">
    <w:name w:val="List Bullet 3"/>
    <w:basedOn w:val="Normalny"/>
    <w:uiPriority w:val="99"/>
    <w:unhideWhenUsed/>
    <w:rsid w:val="00326F90"/>
    <w:pPr>
      <w:numPr>
        <w:numId w:val="3"/>
      </w:numPr>
      <w:contextualSpacing/>
    </w:pPr>
  </w:style>
  <w:style w:type="paragraph" w:styleId="Listanumerowana">
    <w:name w:val="List Number"/>
    <w:basedOn w:val="Normalny"/>
    <w:uiPriority w:val="99"/>
    <w:unhideWhenUsed/>
    <w:rsid w:val="00326F90"/>
    <w:pPr>
      <w:numPr>
        <w:numId w:val="5"/>
      </w:numPr>
      <w:contextualSpacing/>
    </w:pPr>
  </w:style>
  <w:style w:type="paragraph" w:styleId="Listanumerowana2">
    <w:name w:val="List Number 2"/>
    <w:basedOn w:val="Normalny"/>
    <w:uiPriority w:val="99"/>
    <w:unhideWhenUsed/>
    <w:rsid w:val="0029639D"/>
    <w:pPr>
      <w:numPr>
        <w:numId w:val="6"/>
      </w:numPr>
      <w:contextualSpacing/>
    </w:pPr>
  </w:style>
  <w:style w:type="paragraph" w:styleId="Listanumerowana3">
    <w:name w:val="List Number 3"/>
    <w:basedOn w:val="Normalny"/>
    <w:uiPriority w:val="99"/>
    <w:unhideWhenUsed/>
    <w:rsid w:val="0029639D"/>
    <w:pPr>
      <w:numPr>
        <w:numId w:val="7"/>
      </w:numPr>
      <w:contextualSpacing/>
    </w:pPr>
  </w:style>
  <w:style w:type="paragraph" w:styleId="Lista-kontynuacja">
    <w:name w:val="List Continue"/>
    <w:basedOn w:val="Normalny"/>
    <w:uiPriority w:val="99"/>
    <w:unhideWhenUsed/>
    <w:rsid w:val="0029639D"/>
    <w:pPr>
      <w:spacing w:after="120"/>
      <w:ind w:left="360"/>
      <w:contextualSpacing/>
    </w:pPr>
  </w:style>
  <w:style w:type="paragraph" w:styleId="Lista-kontynuacja2">
    <w:name w:val="List Continue 2"/>
    <w:basedOn w:val="Normalny"/>
    <w:uiPriority w:val="99"/>
    <w:unhideWhenUsed/>
    <w:rsid w:val="0029639D"/>
    <w:pPr>
      <w:spacing w:after="120"/>
      <w:ind w:left="720"/>
      <w:contextualSpacing/>
    </w:pPr>
  </w:style>
  <w:style w:type="paragraph" w:styleId="Lista-kontynuacja3">
    <w:name w:val="List Continue 3"/>
    <w:basedOn w:val="Normalny"/>
    <w:uiPriority w:val="99"/>
    <w:unhideWhenUsed/>
    <w:rsid w:val="0029639D"/>
    <w:pPr>
      <w:spacing w:after="120"/>
      <w:ind w:left="1080"/>
      <w:contextualSpacing/>
    </w:pPr>
  </w:style>
  <w:style w:type="paragraph" w:styleId="Tekstmakra">
    <w:name w:val="macro"/>
    <w:link w:val="TekstmakraZnak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kstmakraZnak">
    <w:name w:val="Tekst makra Znak"/>
    <w:basedOn w:val="Domylnaczcionkaakapitu"/>
    <w:link w:val="Tekstmakra"/>
    <w:uiPriority w:val="99"/>
    <w:rsid w:val="0029639D"/>
    <w:rPr>
      <w:rFonts w:ascii="Courier" w:hAnsi="Courier"/>
      <w:sz w:val="20"/>
      <w:szCs w:val="20"/>
    </w:rPr>
  </w:style>
  <w:style w:type="paragraph" w:styleId="Cytat">
    <w:name w:val="Quote"/>
    <w:basedOn w:val="Normalny"/>
    <w:next w:val="Normalny"/>
    <w:link w:val="CytatZnak"/>
    <w:uiPriority w:val="29"/>
    <w:qFormat/>
    <w:rsid w:val="00FC693F"/>
    <w:rPr>
      <w:i/>
      <w:iCs/>
      <w:color w:val="000000" w:themeColor="text1"/>
    </w:rPr>
  </w:style>
  <w:style w:type="character" w:customStyle="1" w:styleId="CytatZnak">
    <w:name w:val="Cytat Znak"/>
    <w:basedOn w:val="Domylnaczcionkaakapitu"/>
    <w:link w:val="Cytat"/>
    <w:uiPriority w:val="29"/>
    <w:rsid w:val="00FC693F"/>
    <w:rPr>
      <w:i/>
      <w:iCs/>
      <w:color w:val="000000" w:themeColor="text1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Legenda">
    <w:name w:val="caption"/>
    <w:basedOn w:val="Normalny"/>
    <w:next w:val="Normalny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Pogrubienie">
    <w:name w:val="Strong"/>
    <w:basedOn w:val="Domylnaczcionkaakapitu"/>
    <w:uiPriority w:val="22"/>
    <w:qFormat/>
    <w:rsid w:val="00FC693F"/>
    <w:rPr>
      <w:b/>
      <w:bCs/>
    </w:rPr>
  </w:style>
  <w:style w:type="character" w:styleId="Uwydatnienie">
    <w:name w:val="Emphasis"/>
    <w:basedOn w:val="Domylnaczcionkaakapitu"/>
    <w:uiPriority w:val="20"/>
    <w:qFormat/>
    <w:rsid w:val="00FC693F"/>
    <w:rPr>
      <w:i/>
      <w:iCs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FC693F"/>
    <w:rPr>
      <w:b/>
      <w:bCs/>
      <w:i/>
      <w:iCs/>
      <w:color w:val="4F81BD" w:themeColor="accent1"/>
    </w:rPr>
  </w:style>
  <w:style w:type="character" w:styleId="Wyrnieniedelikatne">
    <w:name w:val="Subtle Emphasis"/>
    <w:basedOn w:val="Domylnaczcionkaakapitu"/>
    <w:uiPriority w:val="19"/>
    <w:qFormat/>
    <w:rsid w:val="00FC693F"/>
    <w:rPr>
      <w:i/>
      <w:iCs/>
      <w:color w:val="808080" w:themeColor="text1" w:themeTint="7F"/>
    </w:rPr>
  </w:style>
  <w:style w:type="character" w:styleId="Wyrnienieintensywne">
    <w:name w:val="Intense Emphasis"/>
    <w:basedOn w:val="Domylnaczcionkaakapitu"/>
    <w:uiPriority w:val="21"/>
    <w:qFormat/>
    <w:rsid w:val="00FC693F"/>
    <w:rPr>
      <w:b/>
      <w:bCs/>
      <w:i/>
      <w:iCs/>
      <w:color w:val="4F81BD" w:themeColor="accent1"/>
    </w:rPr>
  </w:style>
  <w:style w:type="character" w:styleId="Odwoaniedelikatne">
    <w:name w:val="Subtle Reference"/>
    <w:basedOn w:val="Domylnaczcionkaakapitu"/>
    <w:uiPriority w:val="31"/>
    <w:qFormat/>
    <w:rsid w:val="00FC693F"/>
    <w:rPr>
      <w:smallCaps/>
      <w:color w:val="C0504D" w:themeColor="accent2"/>
      <w:u w:val="single"/>
    </w:rPr>
  </w:style>
  <w:style w:type="character" w:styleId="Odwoanieintensywne">
    <w:name w:val="Intense Reference"/>
    <w:basedOn w:val="Domylnaczcionkaakapitu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ytuksiki">
    <w:name w:val="Book Title"/>
    <w:basedOn w:val="Domylnaczcionkaakapitu"/>
    <w:uiPriority w:val="33"/>
    <w:qFormat/>
    <w:rsid w:val="00FC693F"/>
    <w:rPr>
      <w:b/>
      <w:bCs/>
      <w:smallCaps/>
      <w:spacing w:val="5"/>
    </w:rPr>
  </w:style>
  <w:style w:type="paragraph" w:styleId="Nagwekspisutreci">
    <w:name w:val="TOC Heading"/>
    <w:basedOn w:val="Nagwek1"/>
    <w:next w:val="Normalny"/>
    <w:uiPriority w:val="39"/>
    <w:semiHidden/>
    <w:unhideWhenUsed/>
    <w:qFormat/>
    <w:rsid w:val="00FC693F"/>
    <w:pPr>
      <w:outlineLvl w:val="9"/>
    </w:pPr>
  </w:style>
  <w:style w:type="table" w:styleId="Tabela-Siatka">
    <w:name w:val="Table Grid"/>
    <w:basedOn w:val="Standardowy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Jasnecieniowanie">
    <w:name w:val="Light Shading"/>
    <w:basedOn w:val="Standardowy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Jasnecieniowanieakcent1">
    <w:name w:val="Light Shading Accent 1"/>
    <w:basedOn w:val="Standardowy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Jasnecieniowanieakcent2">
    <w:name w:val="Light Shading Accent 2"/>
    <w:basedOn w:val="Standardowy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Jasnecieniowanieakcent3">
    <w:name w:val="Light Shading Accent 3"/>
    <w:basedOn w:val="Standardowy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Jasnecieniowanieakcent4">
    <w:name w:val="Light Shading Accent 4"/>
    <w:basedOn w:val="Standardowy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Jasnecieniowanieakcent5">
    <w:name w:val="Light Shading Accent 5"/>
    <w:basedOn w:val="Standardowy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Jasnecieniowanieakcent6">
    <w:name w:val="Light Shading Accent 6"/>
    <w:basedOn w:val="Standardowy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Jasnalista">
    <w:name w:val="Light List"/>
    <w:basedOn w:val="Standardowy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Jasnalistaakcent1">
    <w:name w:val="Light List Accent 1"/>
    <w:basedOn w:val="Standardowy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Jasnalistaakcent2">
    <w:name w:val="Light List Accent 2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Jasnalistaakcent3">
    <w:name w:val="Light List Accent 3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Jasnalistaakcent4">
    <w:name w:val="Light List Accent 4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Jasnalistaakcent5">
    <w:name w:val="Light List Accent 5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Jasnalistaakcent6">
    <w:name w:val="Light List Accent 6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Jasnasiatka">
    <w:name w:val="Light Grid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Jasnasiatkaakcent1">
    <w:name w:val="Light Grid Accent 1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Jasnasiatkaakcent2">
    <w:name w:val="Light Grid Accent 2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Jasnasiatkaakcent3">
    <w:name w:val="Light Grid Accent 3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Jasnasiatkaakcent4">
    <w:name w:val="Light Grid Accent 4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Jasnasiatkaakcent5">
    <w:name w:val="Light Grid Accent 5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Jasnasiatkaakcent6">
    <w:name w:val="Light Grid Accent 6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redniecieniowanie1">
    <w:name w:val="Medium Shading 1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1">
    <w:name w:val="Medium Shading 1 Accent 1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2">
    <w:name w:val="Medium Shading 1 Accent 2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3">
    <w:name w:val="Medium Shading 1 Accent 3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4">
    <w:name w:val="Medium Shading 1 Accent 4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5">
    <w:name w:val="Medium Shading 1 Accent 5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6">
    <w:name w:val="Medium Shading 1 Accent 6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2">
    <w:name w:val="Medium Shading 2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1">
    <w:name w:val="Medium Shading 2 Accent 1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2">
    <w:name w:val="Medium Shading 2 Accent 2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3">
    <w:name w:val="Medium Shading 2 Accent 3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4">
    <w:name w:val="Medium Shading 2 Accent 4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5">
    <w:name w:val="Medium Shading 2 Accent 5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6">
    <w:name w:val="Medium Shading 2 Accent 6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alista1">
    <w:name w:val="Medium List 1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rednialista1akcent1">
    <w:name w:val="Medium List 1 Accent 1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rednialista1akcent2">
    <w:name w:val="Medium List 1 Accent 2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rednialista1akcent3">
    <w:name w:val="Medium List 1 Accent 3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rednialista1akcent4">
    <w:name w:val="Medium List 1 Accent 4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rednialista1akcent5">
    <w:name w:val="Medium List 1 Accent 5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rednialista1akcent6">
    <w:name w:val="Medium List 1 Accent 6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rednialista2">
    <w:name w:val="Medium List 2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1">
    <w:name w:val="Medium List 2 Accent 1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2">
    <w:name w:val="Medium List 2 Accent 2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3">
    <w:name w:val="Medium List 2 Accent 3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4">
    <w:name w:val="Medium List 2 Accent 4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5">
    <w:name w:val="Medium List 2 Accent 5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6">
    <w:name w:val="Medium List 2 Accent 6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siatka1">
    <w:name w:val="Medium Grid 1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redniasiatka1akcent1">
    <w:name w:val="Medium Grid 1 Accent 1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redniasiatka1akcent2">
    <w:name w:val="Medium Grid 1 Accent 2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redniasiatka1akcent3">
    <w:name w:val="Medium Grid 1 Accent 3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redniasiatka1akcent4">
    <w:name w:val="Medium Grid 1 Accent 4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redniasiatka1akcent5">
    <w:name w:val="Medium Grid 1 Accent 5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redniasiatka1akcent6">
    <w:name w:val="Medium Grid 1 Accent 6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redniasiatka2">
    <w:name w:val="Medium Grid 2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1">
    <w:name w:val="Medium Grid 2 Accent 1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2">
    <w:name w:val="Medium Grid 2 Accent 2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3">
    <w:name w:val="Medium Grid 2 Accent 3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4">
    <w:name w:val="Medium Grid 2 Accent 4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5">
    <w:name w:val="Medium Grid 2 Accent 5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6">
    <w:name w:val="Medium Grid 2 Accent 6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3">
    <w:name w:val="Medium Grid 3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redniasiatka3akcent1">
    <w:name w:val="Medium Grid 3 Accent 1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redniasiatka3akcent2">
    <w:name w:val="Medium Grid 3 Accent 2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redniasiatka3akcent3">
    <w:name w:val="Medium Grid 3 Accent 3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redniasiatka3akcent4">
    <w:name w:val="Medium Grid 3 Accent 4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redniasiatka3akcent5">
    <w:name w:val="Medium Grid 3 Accent 5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redniasiatka3akcent6">
    <w:name w:val="Medium Grid 3 Accent 6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Ciemnalista">
    <w:name w:val="Dark List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Ciemnalista2akcent1">
    <w:name w:val="Dark List Accent 1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Ciemnalistaakcent2">
    <w:name w:val="Dark List Accent 2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Ciemnalistaakcent3">
    <w:name w:val="Dark List Accent 3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Ciemnalistaakcent4">
    <w:name w:val="Dark List Accent 4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Ciemnalistaakcent5">
    <w:name w:val="Dark List Accent 5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Ciemnalistaakcent6">
    <w:name w:val="Dark List Accent 6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Kolorowecieniowanie">
    <w:name w:val="Colorful Shading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1">
    <w:name w:val="Colorful Shading Accent 1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2">
    <w:name w:val="Colorful Shading Accent 2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3">
    <w:name w:val="Colorful Shading Accent 3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Kolorowecieniowanieakcent4">
    <w:name w:val="Colorful Shading Accent 4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5">
    <w:name w:val="Colorful Shading Accent 5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6">
    <w:name w:val="Colorful Shading Accent 6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alista">
    <w:name w:val="Colorful List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Kolorowalistaakcent1">
    <w:name w:val="Colorful List Accent 1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Kolorowalistaakcent2">
    <w:name w:val="Colorful List Accent 2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Kolorowalistaakcent3">
    <w:name w:val="Colorful List Accent 3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Kolorowalistaakcent4">
    <w:name w:val="Colorful List Accent 4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Kolorowalistaakcent5">
    <w:name w:val="Colorful List Accent 5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Kolorowalistaakcent6">
    <w:name w:val="Colorful List Accent 6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Kolorowasiatka">
    <w:name w:val="Colorful Grid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Kolorowasiatkaakcent1">
    <w:name w:val="Colorful Grid Accent 1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Kolorowasiatkaakcent2">
    <w:name w:val="Colorful Grid Accent 2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Kolorowasiatkaakcent3">
    <w:name w:val="Colorful Grid Accent 3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Kolorowasiatkaakcent4">
    <w:name w:val="Colorful Grid Accent 4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Kolorowasiatkaakcent5">
    <w:name w:val="Colorful Grid Accent 5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Kolorowasiatkaakcent6">
    <w:name w:val="Colorful Grid Accent 6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2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</Words>
  <Characters>6</Characters>
  <Application>Microsoft Office Word</Application>
  <DocSecurity>0</DocSecurity>
  <Lines>1</Lines>
  <Paragraphs>1</Paragraphs>
  <ScaleCrop>false</ScaleCrop>
  <HeadingPairs>
    <vt:vector size="4" baseType="variant">
      <vt:variant>
        <vt:lpstr>Tytuł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Manager/>
  <Company/>
  <LinksUpToDate>false</LinksUpToDate>
  <CharactersWithSpaces>6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Grzegorz Niebieszczański</cp:lastModifiedBy>
  <cp:revision>4</cp:revision>
  <dcterms:created xsi:type="dcterms:W3CDTF">2026-10-14T05:47:00Z</dcterms:created>
  <dcterms:modified xsi:type="dcterms:W3CDTF">2026-10-14T06:21:00Z</dcterms:modified>
  <cp:category/>
</cp:coreProperties>
</file>